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 w:line="276" w:lineRule="auto"/>
        <w:jc w:val="center"/>
      </w:pPr>
      <w:r>
        <w:rPr>
          <w:rFonts w:ascii="Arial" w:hAnsi="Arial"/>
          <w:b w:val="0"/>
          <w:i w:val="0"/>
          <w:color w:val="64748B"/>
          <w:sz w:val="18"/>
        </w:rPr>
        <w:t>[Business Logo]</w:t>
      </w:r>
    </w:p>
    <w:p>
      <w:pPr>
        <w:spacing w:before="0" w:after="40" w:line="276" w:lineRule="auto"/>
        <w:jc w:val="center"/>
      </w:pPr>
      <w:r>
        <w:rPr>
          <w:rFonts w:ascii="Arial" w:hAnsi="Arial"/>
          <w:b/>
          <w:i w:val="0"/>
          <w:color w:val="0F2A43"/>
          <w:sz w:val="38"/>
        </w:rPr>
        <w:t>[Business Name]</w:t>
      </w:r>
    </w:p>
    <w:p>
      <w:pPr>
        <w:spacing w:before="0" w:after="240" w:line="276" w:lineRule="auto"/>
        <w:jc w:val="center"/>
      </w:pPr>
      <w:r>
        <w:rPr>
          <w:rFonts w:ascii="Arial" w:hAnsi="Arial"/>
          <w:b w:val="0"/>
          <w:i w:val="0"/>
          <w:color w:val="64748B"/>
          <w:sz w:val="18"/>
        </w:rPr>
        <w:t>[Business Address]  |  [Phone]  |  [Email]</w:t>
      </w:r>
    </w:p>
    <w:p>
      <w:pPr>
        <w:spacing w:before="0" w:after="240" w:line="276" w:lineRule="auto"/>
        <w:jc w:val="center"/>
      </w:pPr>
      <w:r>
        <w:rPr>
          <w:rFonts w:ascii="Arial" w:hAnsi="Arial"/>
          <w:b/>
          <w:i w:val="0"/>
          <w:color w:val="2563EB"/>
          <w:sz w:val="50"/>
        </w:rPr>
        <w:t>PAYMENT RECEIPT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818"/>
        <w:gridCol w:w="4818"/>
      </w:tblGrid>
      <w:tr>
        <w:tc>
          <w:tcPr>
            <w:tcW w:type="dxa" w:w="481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RECEIPT NUMBER</w:t>
              <w:br/>
              <w:t>[Receipt Number]</w:t>
            </w:r>
          </w:p>
        </w:tc>
        <w:tc>
          <w:tcPr>
            <w:tcW w:type="dxa" w:w="481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DATE</w:t>
              <w:br/>
              <w:t>[Date]</w:t>
            </w:r>
          </w:p>
        </w:tc>
      </w:tr>
      <w:tr>
        <w:tc>
          <w:tcPr>
            <w:tcW w:type="dxa" w:w="481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RECEIVED FROM</w:t>
              <w:br/>
              <w:t>[Customer Name]</w:t>
            </w:r>
          </w:p>
        </w:tc>
        <w:tc>
          <w:tcPr>
            <w:tcW w:type="dxa" w:w="481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PAYMENT METHOD</w:t>
              <w:br/>
              <w:t>[Payment Method]</w:t>
            </w:r>
          </w:p>
        </w:tc>
      </w:tr>
    </w:tbl>
    <w:p>
      <w:pPr>
        <w:spacing w:before="280" w:after="40" w:line="276" w:lineRule="auto"/>
        <w:jc w:val="center"/>
      </w:pPr>
      <w:r>
        <w:rPr>
          <w:rFonts w:ascii="Arial" w:hAnsi="Arial"/>
          <w:b/>
          <w:i w:val="0"/>
          <w:color w:val="64748B"/>
          <w:sz w:val="17"/>
        </w:rPr>
        <w:t>AMOUNT RECEIVED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803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2563EB"/>
                <w:sz w:val="56"/>
              </w:rPr>
              <w:t>₦[Amount]</w:t>
            </w:r>
          </w:p>
        </w:tc>
      </w:tr>
    </w:tbl>
    <w:p>
      <w:pPr>
        <w:spacing w:before="0" w:after="280" w:line="276" w:lineRule="auto"/>
        <w:jc w:val="center"/>
      </w:pPr>
      <w:r>
        <w:rPr>
          <w:rFonts w:ascii="Arial" w:hAnsi="Arial"/>
          <w:b w:val="0"/>
          <w:i w:val="0"/>
          <w:color w:val="111827"/>
          <w:sz w:val="20"/>
        </w:rPr>
        <w:t>Amount in words: [Amount in Words]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551"/>
        <w:gridCol w:w="7086"/>
      </w:tblGrid>
      <w:tr>
        <w:tc>
          <w:tcPr>
            <w:tcW w:type="dxa" w:w="2551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11827"/>
                <w:sz w:val="19"/>
              </w:rPr>
              <w:t>Payment purpose</w:t>
            </w:r>
          </w:p>
        </w:tc>
        <w:tc>
          <w:tcPr>
            <w:tcW w:type="dxa" w:w="708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[Description]</w:t>
            </w:r>
          </w:p>
        </w:tc>
      </w:tr>
      <w:tr>
        <w:tc>
          <w:tcPr>
            <w:tcW w:type="dxa" w:w="2551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11827"/>
                <w:sz w:val="19"/>
              </w:rPr>
              <w:t>Balance remaining</w:t>
            </w:r>
          </w:p>
        </w:tc>
        <w:tc>
          <w:tcPr>
            <w:tcW w:type="dxa" w:w="708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₦[Balance Due]</w:t>
            </w:r>
          </w:p>
        </w:tc>
      </w:tr>
      <w:tr>
        <w:tc>
          <w:tcPr>
            <w:tcW w:type="dxa" w:w="2551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11827"/>
                <w:sz w:val="19"/>
              </w:rPr>
              <w:t>Notes</w:t>
            </w:r>
          </w:p>
        </w:tc>
        <w:tc>
          <w:tcPr>
            <w:tcW w:type="dxa" w:w="708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[Notes]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8"/>
        <w:gridCol w:w="4818"/>
      </w:tblGrid>
      <w:tr>
        <w:tc>
          <w:tcPr>
            <w:tcW w:type="dxa" w:w="481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Received by</w:t>
              <w:br/>
              <w:br/>
              <w:t>______________________________</w:t>
              <w:br/>
              <w:t>[Received By]</w:t>
            </w:r>
          </w:p>
        </w:tc>
        <w:tc>
          <w:tcPr>
            <w:tcW w:type="dxa" w:w="481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Authorized signature</w:t>
              <w:br/>
              <w:br/>
              <w:t>______________________________</w:t>
              <w:br/>
              <w:t>[Authorized Signature]</w:t>
            </w:r>
          </w:p>
        </w:tc>
      </w:tr>
    </w:tbl>
    <w:p>
      <w:r>
        <w:br w:type="page"/>
      </w:r>
    </w:p>
    <w:p>
      <w:pPr>
        <w:spacing w:before="0" w:after="100" w:line="276" w:lineRule="auto"/>
      </w:pPr>
      <w:r>
        <w:rPr>
          <w:rFonts w:ascii="Arial" w:hAnsi="Arial"/>
          <w:b/>
          <w:i w:val="0"/>
          <w:color w:val="2563EB"/>
          <w:sz w:val="18"/>
        </w:rPr>
        <w:t>TEMPLATE NOTES</w:t>
      </w:r>
    </w:p>
    <w:p>
      <w:pPr>
        <w:spacing w:before="0" w:after="160" w:line="276" w:lineRule="auto"/>
      </w:pPr>
      <w:r>
        <w:rPr>
          <w:rFonts w:ascii="Arial" w:hAnsi="Arial"/>
          <w:b/>
          <w:i w:val="0"/>
          <w:color w:val="0F2A43"/>
          <w:sz w:val="44"/>
        </w:rPr>
        <w:t>How to use this template</w:t>
      </w:r>
    </w:p>
    <w:p>
      <w:pPr>
        <w:spacing w:before="0" w:after="280" w:line="276" w:lineRule="auto"/>
      </w:pPr>
      <w:r>
        <w:rPr>
          <w:rFonts w:ascii="Arial" w:hAnsi="Arial"/>
          <w:b w:val="0"/>
          <w:i w:val="0"/>
          <w:color w:val="64748B"/>
          <w:sz w:val="21"/>
        </w:rPr>
        <w:t>A short checklist for completing your receipt.</w:t>
      </w:r>
    </w:p>
    <w:p>
      <w:pPr>
        <w:spacing w:before="0" w:after="160" w:line="276" w:lineRule="auto"/>
      </w:pPr>
      <w:r>
        <w:rPr>
          <w:rFonts w:ascii="Arial" w:hAnsi="Arial"/>
          <w:b w:val="0"/>
          <w:i w:val="0"/>
          <w:color w:val="111827"/>
          <w:sz w:val="20"/>
        </w:rPr>
      </w:r>
      <w:r>
        <w:rPr>
          <w:rFonts w:ascii="Arial" w:hAnsi="Arial"/>
          <w:b/>
          <w:i w:val="0"/>
          <w:color w:val="2563EB"/>
          <w:sz w:val="20"/>
        </w:rPr>
        <w:t xml:space="preserve">1.  </w:t>
      </w:r>
      <w:r>
        <w:rPr>
          <w:rFonts w:ascii="Arial" w:hAnsi="Arial"/>
          <w:b w:val="0"/>
          <w:i w:val="0"/>
          <w:color w:val="111827"/>
          <w:sz w:val="20"/>
        </w:rPr>
        <w:t>Replace every bracketed placeholder after payment is confirmed.</w:t>
      </w:r>
    </w:p>
    <w:p>
      <w:pPr>
        <w:spacing w:before="0" w:after="160" w:line="276" w:lineRule="auto"/>
      </w:pPr>
      <w:r>
        <w:rPr>
          <w:rFonts w:ascii="Arial" w:hAnsi="Arial"/>
          <w:b w:val="0"/>
          <w:i w:val="0"/>
          <w:color w:val="111827"/>
          <w:sz w:val="20"/>
        </w:rPr>
      </w:r>
      <w:r>
        <w:rPr>
          <w:rFonts w:ascii="Arial" w:hAnsi="Arial"/>
          <w:b/>
          <w:i w:val="0"/>
          <w:color w:val="2563EB"/>
          <w:sz w:val="20"/>
        </w:rPr>
        <w:t xml:space="preserve">2.  </w:t>
      </w:r>
      <w:r>
        <w:rPr>
          <w:rFonts w:ascii="Arial" w:hAnsi="Arial"/>
          <w:b w:val="0"/>
          <w:i w:val="0"/>
          <w:color w:val="111827"/>
          <w:sz w:val="20"/>
        </w:rPr>
        <w:t>Review the receipt number, payment date, amount, and payment method.</w:t>
      </w:r>
    </w:p>
    <w:p>
      <w:pPr>
        <w:spacing w:before="0" w:after="160" w:line="276" w:lineRule="auto"/>
      </w:pPr>
      <w:r>
        <w:rPr>
          <w:rFonts w:ascii="Arial" w:hAnsi="Arial"/>
          <w:b w:val="0"/>
          <w:i w:val="0"/>
          <w:color w:val="111827"/>
          <w:sz w:val="20"/>
        </w:rPr>
      </w:r>
      <w:r>
        <w:rPr>
          <w:rFonts w:ascii="Arial" w:hAnsi="Arial"/>
          <w:b/>
          <w:i w:val="0"/>
          <w:color w:val="2563EB"/>
          <w:sz w:val="20"/>
        </w:rPr>
        <w:t xml:space="preserve">3.  </w:t>
      </w:r>
      <w:r>
        <w:rPr>
          <w:rFonts w:ascii="Arial" w:hAnsi="Arial"/>
          <w:b w:val="0"/>
          <w:i w:val="0"/>
          <w:color w:val="111827"/>
          <w:sz w:val="20"/>
        </w:rPr>
        <w:t>State any balance remaining clearly.</w:t>
      </w:r>
    </w:p>
    <w:p>
      <w:pPr>
        <w:spacing w:before="0" w:after="160" w:line="276" w:lineRule="auto"/>
      </w:pPr>
      <w:r>
        <w:rPr>
          <w:rFonts w:ascii="Arial" w:hAnsi="Arial"/>
          <w:b w:val="0"/>
          <w:i w:val="0"/>
          <w:color w:val="111827"/>
          <w:sz w:val="20"/>
        </w:rPr>
      </w:r>
      <w:r>
        <w:rPr>
          <w:rFonts w:ascii="Arial" w:hAnsi="Arial"/>
          <w:b/>
          <w:i w:val="0"/>
          <w:color w:val="2563EB"/>
          <w:sz w:val="20"/>
        </w:rPr>
        <w:t xml:space="preserve">4.  </w:t>
      </w:r>
      <w:r>
        <w:rPr>
          <w:rFonts w:ascii="Arial" w:hAnsi="Arial"/>
          <w:b w:val="0"/>
          <w:i w:val="0"/>
          <w:color w:val="111827"/>
          <w:sz w:val="20"/>
        </w:rPr>
        <w:t>Save the completed receipt as PDF and keep a copy for your records.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7"/>
      </w:tblGrid>
      <w:tr>
        <w:tc>
          <w:tcPr>
            <w:tcW w:type="dxa" w:w="963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64748B"/>
                <w:sz w:val="17"/>
              </w:rPr>
              <w:t>IMPORTANT</w:t>
            </w:r>
          </w:p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Adapt this template to your business needs. This resource is educational and does not replace legal, tax, accounting, financial, or regulatory advice.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07" w:right="1020" w:bottom="850" w:left="1020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b w:val="0"/>
        <w:i w:val="0"/>
        <w:color w:val="64748B"/>
        <w:sz w:val="16"/>
      </w:rPr>
      <w:t xml:space="preserve">Template version 2.1 | </w:t>
    </w:r>
    <w:r>
      <w:rPr>
        <w:rFonts w:ascii="Arial" w:hAnsi="Arial"/>
        <w:color w:val="64748B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/>
      <w:color w:val="11182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2563E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563EB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0F2A43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