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CUSTOMER COMMUNICATION</w:t>
      </w:r>
    </w:p>
    <w:p>
      <w:pPr>
        <w:spacing w:before="0" w:after="140" w:line="276" w:lineRule="auto"/>
      </w:pPr>
      <w:r>
        <w:rPr>
          <w:rFonts w:ascii="Arial" w:hAnsi="Arial"/>
          <w:b/>
          <w:i w:val="0"/>
          <w:color w:val="0F2A43"/>
          <w:sz w:val="50"/>
        </w:rPr>
        <w:t>Order Confirmation Messages</w:t>
      </w:r>
    </w:p>
    <w:p>
      <w:pPr>
        <w:spacing w:before="0" w:after="240" w:line="276" w:lineRule="auto"/>
      </w:pPr>
      <w:r>
        <w:rPr>
          <w:rFonts w:ascii="Arial" w:hAnsi="Arial"/>
          <w:b w:val="0"/>
          <w:i w:val="0"/>
          <w:color w:val="64748B"/>
          <w:sz w:val="20"/>
        </w:rPr>
        <w:t>Copy a message, replace every bracketed placeholder, and adjust the tone to suit the customer relationship.</w:t>
      </w:r>
    </w:p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01  |  FRIENDLY  |  Order received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we have received order [Order Number] for [Item/Service], quantity [Quantity]. Total: ₦[Amount]. Payment status: [Payment Status]. Next step: [Next Step].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02  |  PROFESSIONAL  |  Payment confirmed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Thank you, [Customer Name]. Payment for order [Order Number] has been confirmed. We will now begin processing [Item/Service].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03  |  PROFESSIONAL  |  Order processing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order [Order Number] is now being processed. Expected delivery or pickup: [Date/Time] at [Location].</w:t>
            </w:r>
          </w:p>
        </w:tc>
      </w:tr>
    </w:tbl>
    <w:p>
      <w:r>
        <w:br w:type="page"/>
      </w:r>
    </w:p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04  |  FRIENDLY  |  Ready for pickup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order [Order Number] is ready for pickup at [Location] from [Date/Time]. Please bring your order reference.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05  |  PROFESSIONAL  |  Out for delivery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order [Order Number] is out for delivery to [Location]. Expected arrival: [Date/Time].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06  |  FRIENDLY  |  Completed order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Thank you, [Customer Name]. Order [Order Number] has been completed. We appreciate your business and hope everything meets your expectations.</w:t>
            </w:r>
          </w:p>
        </w:tc>
      </w:tr>
    </w:tbl>
    <w:p>
      <w:pPr>
        <w:keepNext/>
        <w:spacing w:before="160" w:after="80" w:line="276" w:lineRule="auto"/>
      </w:pPr>
      <w:r>
        <w:rPr>
          <w:rFonts w:ascii="Arial" w:hAnsi="Arial"/>
          <w:b/>
          <w:i w:val="0"/>
          <w:color w:val="2563EB"/>
          <w:sz w:val="23"/>
        </w:rPr>
        <w:t>07  |  PROFESSIONAL  |  Delayed order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11827"/>
                <w:sz w:val="20"/>
              </w:rPr>
              <w:t>Hello [Customer Name], we are sorry that order [Order Number] is delayed. The updated delivery or pickup time is [Date/Time]. Next step: [Next Step].</w:t>
            </w:r>
          </w:p>
        </w:tc>
      </w:tr>
    </w:tbl>
    <w:p>
      <w:r>
        <w:br w:type="page"/>
      </w:r>
    </w:p>
    <w:p>
      <w:pPr>
        <w:spacing w:before="0" w:after="100" w:line="276" w:lineRule="auto"/>
      </w:pPr>
      <w:r>
        <w:rPr>
          <w:rFonts w:ascii="Arial" w:hAnsi="Arial"/>
          <w:b/>
          <w:i w:val="0"/>
          <w:color w:val="2563EB"/>
          <w:sz w:val="18"/>
        </w:rPr>
        <w:t>TEMPLATE NOTES</w:t>
      </w:r>
    </w:p>
    <w:p>
      <w:pPr>
        <w:spacing w:before="0" w:after="160" w:line="276" w:lineRule="auto"/>
      </w:pPr>
      <w:r>
        <w:rPr>
          <w:rFonts w:ascii="Arial" w:hAnsi="Arial"/>
          <w:b/>
          <w:i w:val="0"/>
          <w:color w:val="0F2A43"/>
          <w:sz w:val="44"/>
        </w:rPr>
        <w:t>How to use this template</w:t>
      </w:r>
    </w:p>
    <w:p>
      <w:pPr>
        <w:spacing w:before="0" w:after="280" w:line="276" w:lineRule="auto"/>
      </w:pPr>
      <w:r>
        <w:rPr>
          <w:rFonts w:ascii="Arial" w:hAnsi="Arial"/>
          <w:b w:val="0"/>
          <w:i w:val="0"/>
          <w:color w:val="64748B"/>
          <w:sz w:val="21"/>
        </w:rPr>
        <w:t>A short checklist for completing your message resource.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1.  </w:t>
      </w:r>
      <w:r>
        <w:rPr>
          <w:rFonts w:ascii="Arial" w:hAnsi="Arial"/>
          <w:b w:val="0"/>
          <w:i w:val="0"/>
          <w:color w:val="111827"/>
          <w:sz w:val="20"/>
        </w:rPr>
        <w:t>Choose the message that best matches the situation and customer relationship.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2.  </w:t>
      </w:r>
      <w:r>
        <w:rPr>
          <w:rFonts w:ascii="Arial" w:hAnsi="Arial"/>
          <w:b w:val="0"/>
          <w:i w:val="0"/>
          <w:color w:val="111827"/>
          <w:sz w:val="20"/>
        </w:rPr>
        <w:t>Replace every bracketed placeholder and review names, amounts, references, and dates.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3.  </w:t>
      </w:r>
      <w:r>
        <w:rPr>
          <w:rFonts w:ascii="Arial" w:hAnsi="Arial"/>
          <w:b w:val="0"/>
          <w:i w:val="0"/>
          <w:color w:val="111827"/>
          <w:sz w:val="20"/>
        </w:rPr>
        <w:t>Adjust the wording so it reflects your business voice before sending.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827"/>
          <w:sz w:val="20"/>
        </w:rPr>
      </w:r>
      <w:r>
        <w:rPr>
          <w:rFonts w:ascii="Arial" w:hAnsi="Arial"/>
          <w:b/>
          <w:i w:val="0"/>
          <w:color w:val="2563EB"/>
          <w:sz w:val="20"/>
        </w:rPr>
        <w:t xml:space="preserve">4.  </w:t>
      </w:r>
      <w:r>
        <w:rPr>
          <w:rFonts w:ascii="Arial" w:hAnsi="Arial"/>
          <w:b w:val="0"/>
          <w:i w:val="0"/>
          <w:color w:val="111827"/>
          <w:sz w:val="20"/>
        </w:rPr>
        <w:t>Keep a copy of important customer communication for your records.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637"/>
      </w:tblGrid>
      <w:tr>
        <w:tc>
          <w:tcPr>
            <w:tcW w:type="dxa" w:w="963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FF6FF"/>
          </w:tcPr>
          <w:p>
            <w:pPr>
              <w:spacing w:after="0" w:line="252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64748B"/>
                <w:sz w:val="17"/>
              </w:rPr>
              <w:t>IMPORTANT</w:t>
            </w:r>
          </w:p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color w:val="111827"/>
                <w:sz w:val="19"/>
              </w:rPr>
              <w:t>Adapt this template to your business needs. This resource is educational and does not replace legal, tax, accounting, financial, or regulatory advice.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07" w:right="1020" w:bottom="850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64748B"/>
        <w:sz w:val="16"/>
      </w:rPr>
      <w:t xml:space="preserve">Template version 2.1 | </w:t>
    </w:r>
    <w:r>
      <w:rPr>
        <w:rFonts w:ascii="Arial" w:hAnsi="Arial"/>
        <w:color w:val="64748B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F2A4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