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 w:line="276" w:lineRule="auto"/>
      </w:pPr>
      <w:r>
        <w:rPr>
          <w:rFonts w:ascii="Arial" w:hAnsi="Arial"/>
          <w:b/>
          <w:i w:val="0"/>
          <w:color w:val="2563EB"/>
          <w:sz w:val="18"/>
        </w:rPr>
        <w:t>CUSTOMER COMMUNICATION</w:t>
      </w:r>
    </w:p>
    <w:p>
      <w:pPr>
        <w:spacing w:before="0" w:after="140" w:line="276" w:lineRule="auto"/>
      </w:pPr>
      <w:r>
        <w:rPr>
          <w:rFonts w:ascii="Arial" w:hAnsi="Arial"/>
          <w:b/>
          <w:i w:val="0"/>
          <w:color w:val="0F2A43"/>
          <w:sz w:val="50"/>
        </w:rPr>
        <w:t>Payment Reminder Messages</w:t>
      </w:r>
    </w:p>
    <w:p>
      <w:pPr>
        <w:spacing w:before="0" w:after="240" w:line="276" w:lineRule="auto"/>
      </w:pPr>
      <w:r>
        <w:rPr>
          <w:rFonts w:ascii="Arial" w:hAnsi="Arial"/>
          <w:b w:val="0"/>
          <w:i w:val="0"/>
          <w:color w:val="64748B"/>
          <w:sz w:val="20"/>
        </w:rPr>
        <w:t>Copy a message, replace every bracketed placeholder, and adjust the tone to suit the customer relationship.</w:t>
      </w:r>
    </w:p>
    <w:p>
      <w:pPr>
        <w:keepNext/>
        <w:spacing w:before="160" w:after="80" w:line="276" w:lineRule="auto"/>
      </w:pPr>
      <w:r>
        <w:rPr>
          <w:rFonts w:ascii="Arial" w:hAnsi="Arial"/>
          <w:b/>
          <w:i w:val="0"/>
          <w:color w:val="2563EB"/>
          <w:sz w:val="23"/>
        </w:rPr>
        <w:t>01  |  FRIENDLY  |  Friendly reminder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637"/>
      </w:tblGrid>
      <w:tr>
        <w:tc>
          <w:tcPr>
            <w:tcW w:type="dxa" w:w="963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FF6FF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20"/>
              </w:rPr>
              <w:t>Hello [Customer Name], this is a friendly reminder about ₦[Amount] for [Order/Service], reference [Invoice/Order Number]. It is due on [Due Date]. Payment details: [Payment Details]. [Friendly Closing]</w:t>
            </w:r>
          </w:p>
        </w:tc>
      </w:tr>
    </w:tbl>
    <w:p>
      <w:pPr>
        <w:keepNext/>
        <w:spacing w:before="160" w:after="80" w:line="276" w:lineRule="auto"/>
      </w:pPr>
      <w:r>
        <w:rPr>
          <w:rFonts w:ascii="Arial" w:hAnsi="Arial"/>
          <w:b/>
          <w:i w:val="0"/>
          <w:color w:val="2563EB"/>
          <w:sz w:val="23"/>
        </w:rPr>
        <w:t>02  |  PROFESSIONAL  |  Due today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637"/>
      </w:tblGrid>
      <w:tr>
        <w:tc>
          <w:tcPr>
            <w:tcW w:type="dxa" w:w="963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FF6FF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20"/>
              </w:rPr>
              <w:t>Hello [Customer Name], a quick reminder that ₦[Amount] for [Order/Service] is due today, [Due Date]. Reference: [Invoice/Order Number]. Payment details: [Payment Details]. Thank you.</w:t>
            </w:r>
          </w:p>
        </w:tc>
      </w:tr>
    </w:tbl>
    <w:p>
      <w:pPr>
        <w:keepNext/>
        <w:spacing w:before="160" w:after="80" w:line="276" w:lineRule="auto"/>
      </w:pPr>
      <w:r>
        <w:rPr>
          <w:rFonts w:ascii="Arial" w:hAnsi="Arial"/>
          <w:b/>
          <w:i w:val="0"/>
          <w:color w:val="2563EB"/>
          <w:sz w:val="23"/>
        </w:rPr>
        <w:t>03  |  PROFESSIONAL  |  Overdue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637"/>
      </w:tblGrid>
      <w:tr>
        <w:tc>
          <w:tcPr>
            <w:tcW w:type="dxa" w:w="963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FF6FF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20"/>
              </w:rPr>
              <w:t>Hello [Customer Name], payment of ₦[Amount] for [Order/Service], reference [Invoice/Order Number], is now overdue. Please let us know when payment will be completed or if you need the details resent.</w:t>
            </w:r>
          </w:p>
        </w:tc>
      </w:tr>
    </w:tbl>
    <w:p>
      <w:r>
        <w:br w:type="page"/>
      </w:r>
    </w:p>
    <w:p>
      <w:pPr>
        <w:keepNext/>
        <w:spacing w:before="160" w:after="80" w:line="276" w:lineRule="auto"/>
      </w:pPr>
      <w:r>
        <w:rPr>
          <w:rFonts w:ascii="Arial" w:hAnsi="Arial"/>
          <w:b/>
          <w:i w:val="0"/>
          <w:color w:val="2563EB"/>
          <w:sz w:val="23"/>
        </w:rPr>
        <w:t>04  |  FIRM  |  Final reminder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637"/>
      </w:tblGrid>
      <w:tr>
        <w:tc>
          <w:tcPr>
            <w:tcW w:type="dxa" w:w="963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FF6FF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20"/>
              </w:rPr>
              <w:t>Hello [Customer Name], this is our final reminder for ₦[Amount] on [Invoice/Order Number]. Please complete payment using [Payment Details] or contact us today to agree the next step.</w:t>
            </w:r>
          </w:p>
        </w:tc>
      </w:tr>
    </w:tbl>
    <w:p>
      <w:pPr>
        <w:keepNext/>
        <w:spacing w:before="160" w:after="80" w:line="276" w:lineRule="auto"/>
      </w:pPr>
      <w:r>
        <w:rPr>
          <w:rFonts w:ascii="Arial" w:hAnsi="Arial"/>
          <w:b/>
          <w:i w:val="0"/>
          <w:color w:val="2563EB"/>
          <w:sz w:val="23"/>
        </w:rPr>
        <w:t>05  |  PROFESSIONAL  |  Partial payment received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637"/>
      </w:tblGrid>
      <w:tr>
        <w:tc>
          <w:tcPr>
            <w:tcW w:type="dxa" w:w="963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FF6FF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20"/>
              </w:rPr>
              <w:t>Thank you, [Customer Name]. We received a partial payment of ₦[Amount Paid] for [Order/Service]. The remaining balance is ₦[Amount], due [Due Date].</w:t>
            </w:r>
          </w:p>
        </w:tc>
      </w:tr>
    </w:tbl>
    <w:p>
      <w:pPr>
        <w:keepNext/>
        <w:spacing w:before="160" w:after="80" w:line="276" w:lineRule="auto"/>
      </w:pPr>
      <w:r>
        <w:rPr>
          <w:rFonts w:ascii="Arial" w:hAnsi="Arial"/>
          <w:b/>
          <w:i w:val="0"/>
          <w:color w:val="2563EB"/>
          <w:sz w:val="23"/>
        </w:rPr>
        <w:t>06  |  FRIENDLY  |  Payment confirmation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637"/>
      </w:tblGrid>
      <w:tr>
        <w:tc>
          <w:tcPr>
            <w:tcW w:type="dxa" w:w="963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FF6FF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20"/>
              </w:rPr>
              <w:t>Thank you, [Customer Name]. We have received ₦[Amount] for [Order/Service], reference [Invoice/Order Number]. Your payment is confirmed. [Friendly Closing]</w:t>
            </w:r>
          </w:p>
        </w:tc>
      </w:tr>
    </w:tbl>
    <w:p>
      <w:r>
        <w:br w:type="page"/>
      </w:r>
    </w:p>
    <w:p>
      <w:pPr>
        <w:spacing w:before="0" w:after="100" w:line="276" w:lineRule="auto"/>
      </w:pPr>
      <w:r>
        <w:rPr>
          <w:rFonts w:ascii="Arial" w:hAnsi="Arial"/>
          <w:b/>
          <w:i w:val="0"/>
          <w:color w:val="2563EB"/>
          <w:sz w:val="18"/>
        </w:rPr>
        <w:t>TEMPLATE NOTES</w:t>
      </w:r>
    </w:p>
    <w:p>
      <w:pPr>
        <w:spacing w:before="0" w:after="160" w:line="276" w:lineRule="auto"/>
      </w:pPr>
      <w:r>
        <w:rPr>
          <w:rFonts w:ascii="Arial" w:hAnsi="Arial"/>
          <w:b/>
          <w:i w:val="0"/>
          <w:color w:val="0F2A43"/>
          <w:sz w:val="44"/>
        </w:rPr>
        <w:t>How to use this template</w:t>
      </w:r>
    </w:p>
    <w:p>
      <w:pPr>
        <w:spacing w:before="0" w:after="280" w:line="276" w:lineRule="auto"/>
      </w:pPr>
      <w:r>
        <w:rPr>
          <w:rFonts w:ascii="Arial" w:hAnsi="Arial"/>
          <w:b w:val="0"/>
          <w:i w:val="0"/>
          <w:color w:val="64748B"/>
          <w:sz w:val="21"/>
        </w:rPr>
        <w:t>A short checklist for completing your message resource.</w:t>
      </w:r>
    </w:p>
    <w:p>
      <w:pPr>
        <w:spacing w:before="0" w:after="160" w:line="276" w:lineRule="auto"/>
      </w:pPr>
      <w:r>
        <w:rPr>
          <w:rFonts w:ascii="Arial" w:hAnsi="Arial"/>
          <w:b w:val="0"/>
          <w:i w:val="0"/>
          <w:color w:val="111827"/>
          <w:sz w:val="20"/>
        </w:rPr>
      </w:r>
      <w:r>
        <w:rPr>
          <w:rFonts w:ascii="Arial" w:hAnsi="Arial"/>
          <w:b/>
          <w:i w:val="0"/>
          <w:color w:val="2563EB"/>
          <w:sz w:val="20"/>
        </w:rPr>
        <w:t xml:space="preserve">1.  </w:t>
      </w:r>
      <w:r>
        <w:rPr>
          <w:rFonts w:ascii="Arial" w:hAnsi="Arial"/>
          <w:b w:val="0"/>
          <w:i w:val="0"/>
          <w:color w:val="111827"/>
          <w:sz w:val="20"/>
        </w:rPr>
        <w:t>Choose the message that best matches the situation and customer relationship.</w:t>
      </w:r>
    </w:p>
    <w:p>
      <w:pPr>
        <w:spacing w:before="0" w:after="160" w:line="276" w:lineRule="auto"/>
      </w:pPr>
      <w:r>
        <w:rPr>
          <w:rFonts w:ascii="Arial" w:hAnsi="Arial"/>
          <w:b w:val="0"/>
          <w:i w:val="0"/>
          <w:color w:val="111827"/>
          <w:sz w:val="20"/>
        </w:rPr>
      </w:r>
      <w:r>
        <w:rPr>
          <w:rFonts w:ascii="Arial" w:hAnsi="Arial"/>
          <w:b/>
          <w:i w:val="0"/>
          <w:color w:val="2563EB"/>
          <w:sz w:val="20"/>
        </w:rPr>
        <w:t xml:space="preserve">2.  </w:t>
      </w:r>
      <w:r>
        <w:rPr>
          <w:rFonts w:ascii="Arial" w:hAnsi="Arial"/>
          <w:b w:val="0"/>
          <w:i w:val="0"/>
          <w:color w:val="111827"/>
          <w:sz w:val="20"/>
        </w:rPr>
        <w:t>Replace every bracketed placeholder and review names, amounts, references, and dates.</w:t>
      </w:r>
    </w:p>
    <w:p>
      <w:pPr>
        <w:spacing w:before="0" w:after="160" w:line="276" w:lineRule="auto"/>
      </w:pPr>
      <w:r>
        <w:rPr>
          <w:rFonts w:ascii="Arial" w:hAnsi="Arial"/>
          <w:b w:val="0"/>
          <w:i w:val="0"/>
          <w:color w:val="111827"/>
          <w:sz w:val="20"/>
        </w:rPr>
      </w:r>
      <w:r>
        <w:rPr>
          <w:rFonts w:ascii="Arial" w:hAnsi="Arial"/>
          <w:b/>
          <w:i w:val="0"/>
          <w:color w:val="2563EB"/>
          <w:sz w:val="20"/>
        </w:rPr>
        <w:t xml:space="preserve">3.  </w:t>
      </w:r>
      <w:r>
        <w:rPr>
          <w:rFonts w:ascii="Arial" w:hAnsi="Arial"/>
          <w:b w:val="0"/>
          <w:i w:val="0"/>
          <w:color w:val="111827"/>
          <w:sz w:val="20"/>
        </w:rPr>
        <w:t>Adjust the wording so it reflects your business voice before sending.</w:t>
      </w:r>
    </w:p>
    <w:p>
      <w:pPr>
        <w:spacing w:before="0" w:after="160" w:line="276" w:lineRule="auto"/>
      </w:pPr>
      <w:r>
        <w:rPr>
          <w:rFonts w:ascii="Arial" w:hAnsi="Arial"/>
          <w:b w:val="0"/>
          <w:i w:val="0"/>
          <w:color w:val="111827"/>
          <w:sz w:val="20"/>
        </w:rPr>
      </w:r>
      <w:r>
        <w:rPr>
          <w:rFonts w:ascii="Arial" w:hAnsi="Arial"/>
          <w:b/>
          <w:i w:val="0"/>
          <w:color w:val="2563EB"/>
          <w:sz w:val="20"/>
        </w:rPr>
        <w:t xml:space="preserve">4.  </w:t>
      </w:r>
      <w:r>
        <w:rPr>
          <w:rFonts w:ascii="Arial" w:hAnsi="Arial"/>
          <w:b w:val="0"/>
          <w:i w:val="0"/>
          <w:color w:val="111827"/>
          <w:sz w:val="20"/>
        </w:rPr>
        <w:t>Keep a copy of important customer communication for your records.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637"/>
      </w:tblGrid>
      <w:tr>
        <w:tc>
          <w:tcPr>
            <w:tcW w:type="dxa" w:w="963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FF6FF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64748B"/>
                <w:sz w:val="17"/>
              </w:rPr>
              <w:t>IMPORTANT</w:t>
            </w:r>
          </w:p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Adapt this template to your business needs. This resource is educational and does not replace legal, tax, accounting, financial, or regulatory advice.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07" w:right="1020" w:bottom="850" w:left="1020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/>
        <w:b w:val="0"/>
        <w:i w:val="0"/>
        <w:color w:val="64748B"/>
        <w:sz w:val="16"/>
      </w:rPr>
      <w:t xml:space="preserve">Template version 2.1 | </w:t>
    </w:r>
    <w:r>
      <w:rPr>
        <w:rFonts w:ascii="Arial" w:hAnsi="Arial"/>
        <w:color w:val="64748B"/>
        <w:sz w:val="16"/>
      </w:rPr>
      <w:fldChar w:fldCharType="begin"/>
      <w:instrText xml:space="preserve"> PAGE </w:instrText>
      <w:fldChar w:fldCharType="separate"/>
      <w:t>1</w: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6" w:lineRule="auto"/>
    </w:pPr>
    <w:rPr>
      <w:rFonts w:ascii="Arial" w:hAnsi="Arial"/>
      <w:color w:val="111827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 w:ascii="Arial" w:hAnsi="Arial"/>
      <w:b/>
      <w:bCs/>
      <w:color w:val="2563E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2563EB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 w:ascii="Arial" w:hAnsi="Arial"/>
      <w:b/>
      <w:bCs/>
      <w:color w:val="0F2A43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