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left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782"/>
        <w:gridCol w:w="3855"/>
      </w:tblGrid>
      <w:tr>
        <w:tc>
          <w:tcPr>
            <w:tcW w:type="dxa" w:w="5783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64748B"/>
                <w:sz w:val="18"/>
              </w:rPr>
              <w:t>[Business Logo]</w:t>
            </w:r>
          </w:p>
          <w:p>
            <w:r>
              <w:rPr>
                <w:rFonts w:ascii="Arial" w:hAnsi="Arial"/>
                <w:b/>
                <w:i w:val="0"/>
                <w:color w:val="0F2A43"/>
                <w:sz w:val="34"/>
              </w:rPr>
              <w:t>[Business Name]</w:t>
            </w:r>
          </w:p>
          <w:p>
            <w:pPr>
              <w:spacing w:after="40"/>
            </w:pPr>
            <w:r>
              <w:rPr>
                <w:rFonts w:ascii="Arial" w:hAnsi="Arial"/>
                <w:b w:val="0"/>
                <w:i w:val="0"/>
                <w:color w:val="64748B"/>
                <w:sz w:val="18"/>
              </w:rPr>
              <w:t>[Business Address]</w:t>
            </w:r>
          </w:p>
          <w:p>
            <w:pPr>
              <w:spacing w:after="40"/>
            </w:pPr>
            <w:r>
              <w:rPr>
                <w:rFonts w:ascii="Arial" w:hAnsi="Arial"/>
                <w:b w:val="0"/>
                <w:i w:val="0"/>
                <w:color w:val="64748B"/>
                <w:sz w:val="18"/>
              </w:rPr>
              <w:t>[Phone]  |  [Email]</w:t>
            </w:r>
          </w:p>
        </w:tc>
        <w:tc>
          <w:tcPr>
            <w:tcW w:type="dxa" w:w="3855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right"/>
            </w:pPr>
            <w:r/>
            <w:r>
              <w:rPr>
                <w:rFonts w:ascii="Arial" w:hAnsi="Arial"/>
                <w:b/>
                <w:i w:val="0"/>
                <w:color w:val="2563EB"/>
                <w:sz w:val="56"/>
              </w:rPr>
              <w:t>QUOTATION</w:t>
            </w:r>
          </w:p>
          <w:p>
            <w:pPr>
              <w:spacing w:after="0"/>
              <w:jc w:val="right"/>
            </w:pPr>
            <w:r>
              <w:rPr>
                <w:rFonts w:ascii="Arial" w:hAnsi="Arial"/>
                <w:b/>
                <w:i w:val="0"/>
                <w:color w:val="64748B"/>
                <w:sz w:val="15"/>
              </w:rPr>
              <w:t>QUOTATION NUMBER</w:t>
            </w:r>
          </w:p>
          <w:p>
            <w:pPr>
              <w:spacing w:after="40"/>
              <w:jc w:val="right"/>
            </w:pPr>
            <w:r>
              <w:rPr>
                <w:rFonts w:ascii="Arial" w:hAnsi="Arial"/>
                <w:b w:val="0"/>
                <w:i w:val="0"/>
                <w:color w:val="111827"/>
                <w:sz w:val="19"/>
              </w:rPr>
              <w:t>[Quotation Number]</w:t>
            </w:r>
          </w:p>
          <w:p>
            <w:pPr>
              <w:spacing w:after="0"/>
              <w:jc w:val="right"/>
            </w:pPr>
            <w:r>
              <w:rPr>
                <w:rFonts w:ascii="Arial" w:hAnsi="Arial"/>
                <w:b/>
                <w:i w:val="0"/>
                <w:color w:val="64748B"/>
                <w:sz w:val="15"/>
              </w:rPr>
              <w:t>QUOTATION DATE</w:t>
            </w:r>
          </w:p>
          <w:p>
            <w:pPr>
              <w:spacing w:after="40"/>
              <w:jc w:val="right"/>
            </w:pPr>
            <w:r>
              <w:rPr>
                <w:rFonts w:ascii="Arial" w:hAnsi="Arial"/>
                <w:b w:val="0"/>
                <w:i w:val="0"/>
                <w:color w:val="111827"/>
                <w:sz w:val="19"/>
              </w:rPr>
              <w:t>[Date]</w:t>
            </w:r>
          </w:p>
          <w:p>
            <w:pPr>
              <w:spacing w:after="0"/>
              <w:jc w:val="right"/>
            </w:pPr>
            <w:r>
              <w:rPr>
                <w:rFonts w:ascii="Arial" w:hAnsi="Arial"/>
                <w:b/>
                <w:i w:val="0"/>
                <w:color w:val="64748B"/>
                <w:sz w:val="15"/>
              </w:rPr>
              <w:t>VALID UNTIL</w:t>
            </w:r>
          </w:p>
          <w:p>
            <w:pPr>
              <w:spacing w:after="40"/>
              <w:jc w:val="right"/>
            </w:pPr>
            <w:r>
              <w:rPr>
                <w:rFonts w:ascii="Arial" w:hAnsi="Arial"/>
                <w:b w:val="0"/>
                <w:i w:val="0"/>
                <w:color w:val="111827"/>
                <w:sz w:val="19"/>
              </w:rPr>
              <w:t>[Validity Date]</w:t>
            </w:r>
          </w:p>
        </w:tc>
      </w:tr>
    </w:tbl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637"/>
      </w:tblGrid>
      <w:tr>
        <w:trPr>
          <w:trHeight w:val="79"/>
        </w:trPr>
        <w:tc>
          <w:tcPr>
            <w:tcW w:type="dxa" w:w="963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FF6FF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11827"/>
                <w:sz w:val="19"/>
              </w:rPr>
            </w:r>
          </w:p>
        </w:tc>
      </w:tr>
    </w:tbl>
    <w:p>
      <w:pPr>
        <w:spacing w:before="0" w:after="100" w:line="276" w:lineRule="auto"/>
      </w:pPr>
      <w:r>
        <w:rPr>
          <w:rFonts w:ascii="Arial" w:hAnsi="Arial"/>
          <w:b w:val="0"/>
          <w:i w:val="0"/>
          <w:color w:val="111827"/>
          <w:sz w:val="20"/>
        </w:rPr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818"/>
        <w:gridCol w:w="4818"/>
      </w:tblGrid>
      <w:tr>
        <w:tc>
          <w:tcPr>
            <w:tcW w:type="dxa" w:w="481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8FAFC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11827"/>
                <w:sz w:val="19"/>
              </w:rPr>
              <w:t>PREPARED FOR</w:t>
              <w:br/>
              <w:t>[Customer Name]</w:t>
              <w:br/>
              <w:t>[Customer Address]</w:t>
              <w:br/>
              <w:t>[Customer Phone]  |  [Customer Email]</w:t>
            </w:r>
          </w:p>
        </w:tc>
        <w:tc>
          <w:tcPr>
            <w:tcW w:type="dxa" w:w="481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FF6FF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11827"/>
                <w:sz w:val="19"/>
              </w:rPr>
              <w:t>CUSTOMER REQUEST</w:t>
              <w:br/>
              <w:t>[Customer Request]</w:t>
              <w:br/>
              <w:br/>
              <w:t>SCOPE</w:t>
              <w:br/>
              <w:t>[Scope of Work]</w:t>
            </w:r>
          </w:p>
        </w:tc>
      </w:tr>
    </w:tbl>
    <w:p>
      <w:pPr>
        <w:keepNext/>
        <w:spacing w:before="80" w:after="80" w:line="276" w:lineRule="auto"/>
      </w:pPr>
      <w:r>
        <w:rPr>
          <w:rFonts w:ascii="Arial" w:hAnsi="Arial"/>
          <w:b/>
          <w:i w:val="0"/>
          <w:color w:val="2563EB"/>
          <w:sz w:val="18"/>
        </w:rPr>
        <w:t>QUOTED ITEMS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5159"/>
        <w:gridCol w:w="1133"/>
        <w:gridCol w:w="1644"/>
        <w:gridCol w:w="1700"/>
      </w:tblGrid>
      <w:tr>
        <w:tc>
          <w:tcPr>
            <w:tcW w:type="dxa" w:w="515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FF6FF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0F2A43"/>
                <w:sz w:val="17"/>
              </w:rPr>
              <w:t>DESCRIPTION</w:t>
            </w:r>
          </w:p>
        </w:tc>
        <w:tc>
          <w:tcPr>
            <w:tcW w:type="dxa" w:w="113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FF6FF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/>
                <w:b/>
                <w:i w:val="0"/>
                <w:color w:val="0F2A43"/>
                <w:sz w:val="17"/>
              </w:rPr>
              <w:t>QTY</w:t>
            </w:r>
          </w:p>
        </w:tc>
        <w:tc>
          <w:tcPr>
            <w:tcW w:type="dxa" w:w="164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FF6FF"/>
          </w:tcPr>
          <w:p>
            <w:pPr>
              <w:spacing w:after="0" w:line="252" w:lineRule="auto"/>
              <w:jc w:val="right"/>
            </w:pPr>
            <w:r/>
            <w:r>
              <w:rPr>
                <w:rFonts w:ascii="Arial" w:hAnsi="Arial"/>
                <w:b/>
                <w:i w:val="0"/>
                <w:color w:val="0F2A43"/>
                <w:sz w:val="17"/>
              </w:rPr>
              <w:t>UNIT PRICE</w:t>
            </w:r>
          </w:p>
        </w:tc>
        <w:tc>
          <w:tcPr>
            <w:tcW w:type="dxa" w:w="1701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FF6FF"/>
          </w:tcPr>
          <w:p>
            <w:pPr>
              <w:spacing w:after="0" w:line="252" w:lineRule="auto"/>
              <w:jc w:val="right"/>
            </w:pPr>
            <w:r/>
            <w:r>
              <w:rPr>
                <w:rFonts w:ascii="Arial" w:hAnsi="Arial"/>
                <w:b/>
                <w:i w:val="0"/>
                <w:color w:val="0F2A43"/>
                <w:sz w:val="17"/>
              </w:rPr>
              <w:t>AMOUNT</w:t>
            </w:r>
          </w:p>
        </w:tc>
      </w:tr>
      <w:tr>
        <w:tc>
          <w:tcPr>
            <w:tcW w:type="dxa" w:w="515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11827"/>
                <w:sz w:val="19"/>
              </w:rPr>
              <w:t>[Description]</w:t>
            </w:r>
          </w:p>
        </w:tc>
        <w:tc>
          <w:tcPr>
            <w:tcW w:type="dxa" w:w="1133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right"/>
            </w:pPr>
            <w:r/>
            <w:r>
              <w:rPr>
                <w:rFonts w:ascii="Arial" w:hAnsi="Arial"/>
                <w:b w:val="0"/>
                <w:i w:val="0"/>
                <w:color w:val="111827"/>
                <w:sz w:val="19"/>
              </w:rPr>
              <w:t>[Quantity]</w:t>
            </w:r>
          </w:p>
        </w:tc>
        <w:tc>
          <w:tcPr>
            <w:tcW w:type="dxa" w:w="164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right"/>
            </w:pPr>
            <w:r/>
            <w:r>
              <w:rPr>
                <w:rFonts w:ascii="Arial" w:hAnsi="Arial"/>
                <w:b w:val="0"/>
                <w:i w:val="0"/>
                <w:color w:val="111827"/>
                <w:sz w:val="19"/>
              </w:rPr>
              <w:t>₦[Unit Price]</w:t>
            </w:r>
          </w:p>
        </w:tc>
        <w:tc>
          <w:tcPr>
            <w:tcW w:type="dxa" w:w="17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right"/>
            </w:pPr>
            <w:r/>
            <w:r>
              <w:rPr>
                <w:rFonts w:ascii="Arial" w:hAnsi="Arial"/>
                <w:b w:val="0"/>
                <w:i w:val="0"/>
                <w:color w:val="111827"/>
                <w:sz w:val="19"/>
              </w:rPr>
              <w:t>₦[Amount]</w:t>
            </w:r>
          </w:p>
        </w:tc>
      </w:tr>
      <w:tr>
        <w:tc>
          <w:tcPr>
            <w:tcW w:type="dxa" w:w="515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11827"/>
                <w:sz w:val="19"/>
              </w:rPr>
              <w:t>[Description]</w:t>
            </w:r>
          </w:p>
        </w:tc>
        <w:tc>
          <w:tcPr>
            <w:tcW w:type="dxa" w:w="1133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right"/>
            </w:pPr>
            <w:r/>
            <w:r>
              <w:rPr>
                <w:rFonts w:ascii="Arial" w:hAnsi="Arial"/>
                <w:b w:val="0"/>
                <w:i w:val="0"/>
                <w:color w:val="111827"/>
                <w:sz w:val="19"/>
              </w:rPr>
              <w:t>[Quantity]</w:t>
            </w:r>
          </w:p>
        </w:tc>
        <w:tc>
          <w:tcPr>
            <w:tcW w:type="dxa" w:w="164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right"/>
            </w:pPr>
            <w:r/>
            <w:r>
              <w:rPr>
                <w:rFonts w:ascii="Arial" w:hAnsi="Arial"/>
                <w:b w:val="0"/>
                <w:i w:val="0"/>
                <w:color w:val="111827"/>
                <w:sz w:val="19"/>
              </w:rPr>
              <w:t>₦[Unit Price]</w:t>
            </w:r>
          </w:p>
        </w:tc>
        <w:tc>
          <w:tcPr>
            <w:tcW w:type="dxa" w:w="17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right"/>
            </w:pPr>
            <w:r/>
            <w:r>
              <w:rPr>
                <w:rFonts w:ascii="Arial" w:hAnsi="Arial"/>
                <w:b w:val="0"/>
                <w:i w:val="0"/>
                <w:color w:val="111827"/>
                <w:sz w:val="19"/>
              </w:rPr>
              <w:t>₦[Amount]</w:t>
            </w:r>
          </w:p>
        </w:tc>
      </w:tr>
      <w:tr>
        <w:tc>
          <w:tcPr>
            <w:tcW w:type="dxa" w:w="515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11827"/>
                <w:sz w:val="19"/>
              </w:rPr>
              <w:t>[Description]</w:t>
            </w:r>
          </w:p>
        </w:tc>
        <w:tc>
          <w:tcPr>
            <w:tcW w:type="dxa" w:w="1133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right"/>
            </w:pPr>
            <w:r/>
            <w:r>
              <w:rPr>
                <w:rFonts w:ascii="Arial" w:hAnsi="Arial"/>
                <w:b w:val="0"/>
                <w:i w:val="0"/>
                <w:color w:val="111827"/>
                <w:sz w:val="19"/>
              </w:rPr>
              <w:t>[Quantity]</w:t>
            </w:r>
          </w:p>
        </w:tc>
        <w:tc>
          <w:tcPr>
            <w:tcW w:type="dxa" w:w="164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right"/>
            </w:pPr>
            <w:r/>
            <w:r>
              <w:rPr>
                <w:rFonts w:ascii="Arial" w:hAnsi="Arial"/>
                <w:b w:val="0"/>
                <w:i w:val="0"/>
                <w:color w:val="111827"/>
                <w:sz w:val="19"/>
              </w:rPr>
              <w:t>₦[Unit Price]</w:t>
            </w:r>
          </w:p>
        </w:tc>
        <w:tc>
          <w:tcPr>
            <w:tcW w:type="dxa" w:w="17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right"/>
            </w:pPr>
            <w:r/>
            <w:r>
              <w:rPr>
                <w:rFonts w:ascii="Arial" w:hAnsi="Arial"/>
                <w:b w:val="0"/>
                <w:i w:val="0"/>
                <w:color w:val="111827"/>
                <w:sz w:val="19"/>
              </w:rPr>
              <w:t>₦[Amount]</w:t>
            </w:r>
          </w:p>
        </w:tc>
      </w:tr>
      <w:tr>
        <w:tc>
          <w:tcPr>
            <w:tcW w:type="dxa" w:w="515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11827"/>
                <w:sz w:val="19"/>
              </w:rPr>
              <w:t>[Description]</w:t>
            </w:r>
          </w:p>
        </w:tc>
        <w:tc>
          <w:tcPr>
            <w:tcW w:type="dxa" w:w="1133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right"/>
            </w:pPr>
            <w:r/>
            <w:r>
              <w:rPr>
                <w:rFonts w:ascii="Arial" w:hAnsi="Arial"/>
                <w:b w:val="0"/>
                <w:i w:val="0"/>
                <w:color w:val="111827"/>
                <w:sz w:val="19"/>
              </w:rPr>
              <w:t>[Quantity]</w:t>
            </w:r>
          </w:p>
        </w:tc>
        <w:tc>
          <w:tcPr>
            <w:tcW w:type="dxa" w:w="164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right"/>
            </w:pPr>
            <w:r/>
            <w:r>
              <w:rPr>
                <w:rFonts w:ascii="Arial" w:hAnsi="Arial"/>
                <w:b w:val="0"/>
                <w:i w:val="0"/>
                <w:color w:val="111827"/>
                <w:sz w:val="19"/>
              </w:rPr>
              <w:t>₦[Unit Price]</w:t>
            </w:r>
          </w:p>
        </w:tc>
        <w:tc>
          <w:tcPr>
            <w:tcW w:type="dxa" w:w="17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right"/>
            </w:pPr>
            <w:r/>
            <w:r>
              <w:rPr>
                <w:rFonts w:ascii="Arial" w:hAnsi="Arial"/>
                <w:b w:val="0"/>
                <w:i w:val="0"/>
                <w:color w:val="111827"/>
                <w:sz w:val="19"/>
              </w:rPr>
              <w:t>₦[Amount]</w:t>
            </w:r>
          </w:p>
        </w:tc>
      </w:tr>
      <w:tr>
        <w:tc>
          <w:tcPr>
            <w:tcW w:type="dxa" w:w="515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11827"/>
                <w:sz w:val="19"/>
              </w:rPr>
              <w:t>[Description]</w:t>
            </w:r>
          </w:p>
        </w:tc>
        <w:tc>
          <w:tcPr>
            <w:tcW w:type="dxa" w:w="1133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right"/>
            </w:pPr>
            <w:r/>
            <w:r>
              <w:rPr>
                <w:rFonts w:ascii="Arial" w:hAnsi="Arial"/>
                <w:b w:val="0"/>
                <w:i w:val="0"/>
                <w:color w:val="111827"/>
                <w:sz w:val="19"/>
              </w:rPr>
              <w:t>[Quantity]</w:t>
            </w:r>
          </w:p>
        </w:tc>
        <w:tc>
          <w:tcPr>
            <w:tcW w:type="dxa" w:w="164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right"/>
            </w:pPr>
            <w:r/>
            <w:r>
              <w:rPr>
                <w:rFonts w:ascii="Arial" w:hAnsi="Arial"/>
                <w:b w:val="0"/>
                <w:i w:val="0"/>
                <w:color w:val="111827"/>
                <w:sz w:val="19"/>
              </w:rPr>
              <w:t>₦[Unit Price]</w:t>
            </w:r>
          </w:p>
        </w:tc>
        <w:tc>
          <w:tcPr>
            <w:tcW w:type="dxa" w:w="17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right"/>
            </w:pPr>
            <w:r/>
            <w:r>
              <w:rPr>
                <w:rFonts w:ascii="Arial" w:hAnsi="Arial"/>
                <w:b w:val="0"/>
                <w:i w:val="0"/>
                <w:color w:val="111827"/>
                <w:sz w:val="19"/>
              </w:rPr>
              <w:t>₦[Amount]</w:t>
            </w:r>
          </w:p>
        </w:tc>
      </w:tr>
      <w:tr>
        <w:tc>
          <w:tcPr>
            <w:tcW w:type="dxa" w:w="7936"/>
            <w:gridSpan w:val="3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right"/>
            </w:pPr>
            <w:r/>
            <w:r>
              <w:rPr>
                <w:rFonts w:ascii="Arial" w:hAnsi="Arial"/>
                <w:b w:val="0"/>
                <w:i w:val="0"/>
                <w:color w:val="111827"/>
                <w:sz w:val="19"/>
              </w:rPr>
              <w:t>Subtotal</w:t>
            </w:r>
          </w:p>
        </w:tc>
        <w:tc>
          <w:tcPr>
            <w:tcW w:type="dxa" w:w="17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right"/>
            </w:pPr>
            <w:r/>
            <w:r>
              <w:rPr>
                <w:rFonts w:ascii="Arial" w:hAnsi="Arial"/>
                <w:b w:val="0"/>
                <w:i w:val="0"/>
                <w:color w:val="111827"/>
                <w:sz w:val="19"/>
              </w:rPr>
              <w:t>₦[Subtotal]</w:t>
            </w:r>
          </w:p>
        </w:tc>
      </w:tr>
      <w:tr>
        <w:tc>
          <w:tcPr>
            <w:tcW w:type="dxa" w:w="7936"/>
            <w:gridSpan w:val="3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right"/>
            </w:pPr>
            <w:r/>
            <w:r>
              <w:rPr>
                <w:rFonts w:ascii="Arial" w:hAnsi="Arial"/>
                <w:b w:val="0"/>
                <w:i w:val="0"/>
                <w:color w:val="111827"/>
                <w:sz w:val="19"/>
              </w:rPr>
              <w:t>Discount (optional)</w:t>
            </w:r>
          </w:p>
        </w:tc>
        <w:tc>
          <w:tcPr>
            <w:tcW w:type="dxa" w:w="17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right"/>
            </w:pPr>
            <w:r/>
            <w:r>
              <w:rPr>
                <w:rFonts w:ascii="Arial" w:hAnsi="Arial"/>
                <w:b w:val="0"/>
                <w:i w:val="0"/>
                <w:color w:val="111827"/>
                <w:sz w:val="19"/>
              </w:rPr>
              <w:t>₦[Discount]</w:t>
            </w:r>
          </w:p>
        </w:tc>
      </w:tr>
      <w:tr>
        <w:tc>
          <w:tcPr>
            <w:tcW w:type="dxa" w:w="7936"/>
            <w:gridSpan w:val="3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right"/>
            </w:pPr>
            <w:r/>
            <w:r>
              <w:rPr>
                <w:rFonts w:ascii="Arial" w:hAnsi="Arial"/>
                <w:b w:val="0"/>
                <w:i w:val="0"/>
                <w:color w:val="111827"/>
                <w:sz w:val="19"/>
              </w:rPr>
              <w:t>Tax (optional)</w:t>
            </w:r>
          </w:p>
        </w:tc>
        <w:tc>
          <w:tcPr>
            <w:tcW w:type="dxa" w:w="17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right"/>
            </w:pPr>
            <w:r/>
            <w:r>
              <w:rPr>
                <w:rFonts w:ascii="Arial" w:hAnsi="Arial"/>
                <w:b w:val="0"/>
                <w:i w:val="0"/>
                <w:color w:val="111827"/>
                <w:sz w:val="19"/>
              </w:rPr>
              <w:t>₦[Tax]</w:t>
            </w:r>
          </w:p>
        </w:tc>
      </w:tr>
      <w:tr>
        <w:tc>
          <w:tcPr>
            <w:tcW w:type="dxa" w:w="7936"/>
            <w:gridSpan w:val="3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FF6FF"/>
          </w:tcPr>
          <w:p>
            <w:pPr>
              <w:spacing w:after="0" w:line="252" w:lineRule="auto"/>
              <w:jc w:val="right"/>
            </w:pPr>
            <w:r/>
            <w:r>
              <w:rPr>
                <w:rFonts w:ascii="Arial" w:hAnsi="Arial"/>
                <w:b/>
                <w:i w:val="0"/>
                <w:color w:val="2563EB"/>
                <w:sz w:val="21"/>
              </w:rPr>
              <w:t>TOTAL QUOTATION</w:t>
            </w:r>
          </w:p>
        </w:tc>
        <w:tc>
          <w:tcPr>
            <w:tcW w:type="dxa" w:w="17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FF6FF"/>
          </w:tcPr>
          <w:p>
            <w:pPr>
              <w:spacing w:after="0" w:line="252" w:lineRule="auto"/>
              <w:jc w:val="right"/>
            </w:pPr>
            <w:r/>
            <w:r>
              <w:rPr>
                <w:rFonts w:ascii="Arial" w:hAnsi="Arial"/>
                <w:b/>
                <w:i w:val="0"/>
                <w:color w:val="2563EB"/>
                <w:sz w:val="22"/>
              </w:rPr>
              <w:t>₦[Total]</w:t>
            </w:r>
          </w:p>
        </w:tc>
      </w:tr>
    </w:tbl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2721"/>
        <w:gridCol w:w="6916"/>
      </w:tblGrid>
      <w:tr>
        <w:tc>
          <w:tcPr>
            <w:tcW w:type="dxa" w:w="2721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8FAFC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11827"/>
                <w:sz w:val="19"/>
              </w:rPr>
              <w:t>Payment terms</w:t>
            </w:r>
          </w:p>
        </w:tc>
        <w:tc>
          <w:tcPr>
            <w:tcW w:type="dxa" w:w="6917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11827"/>
                <w:sz w:val="19"/>
              </w:rPr>
              <w:t>[Payment Terms]</w:t>
            </w:r>
          </w:p>
        </w:tc>
      </w:tr>
      <w:tr>
        <w:tc>
          <w:tcPr>
            <w:tcW w:type="dxa" w:w="2721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8FAFC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11827"/>
                <w:sz w:val="19"/>
              </w:rPr>
              <w:t>Delivery timeline</w:t>
            </w:r>
          </w:p>
        </w:tc>
        <w:tc>
          <w:tcPr>
            <w:tcW w:type="dxa" w:w="6917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11827"/>
                <w:sz w:val="19"/>
              </w:rPr>
              <w:t>[Delivery or Service Timeline]</w:t>
            </w:r>
          </w:p>
        </w:tc>
      </w:tr>
      <w:tr>
        <w:tc>
          <w:tcPr>
            <w:tcW w:type="dxa" w:w="2721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8FAFC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11827"/>
                <w:sz w:val="19"/>
              </w:rPr>
              <w:t>Assumptions</w:t>
            </w:r>
          </w:p>
        </w:tc>
        <w:tc>
          <w:tcPr>
            <w:tcW w:type="dxa" w:w="6917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11827"/>
                <w:sz w:val="19"/>
              </w:rPr>
              <w:t>[Assumptions]</w:t>
            </w:r>
          </w:p>
        </w:tc>
      </w:tr>
      <w:tr>
        <w:tc>
          <w:tcPr>
            <w:tcW w:type="dxa" w:w="2721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8FAFC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11827"/>
                <w:sz w:val="19"/>
              </w:rPr>
              <w:t>Exclusions / notes</w:t>
            </w:r>
          </w:p>
        </w:tc>
        <w:tc>
          <w:tcPr>
            <w:tcW w:type="dxa" w:w="6917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11827"/>
                <w:sz w:val="19"/>
              </w:rPr>
              <w:t>[Exclusions]  |  [Notes]</w:t>
            </w:r>
          </w:p>
        </w:tc>
      </w:tr>
    </w:tbl>
    <w:p>
      <w:pPr>
        <w:keepNext/>
        <w:spacing w:before="80" w:after="80" w:line="276" w:lineRule="auto"/>
      </w:pPr>
      <w:r>
        <w:rPr>
          <w:rFonts w:ascii="Arial" w:hAnsi="Arial"/>
          <w:b/>
          <w:i w:val="0"/>
          <w:color w:val="2563EB"/>
          <w:sz w:val="18"/>
        </w:rPr>
        <w:t>ACCEPTANCE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818"/>
        <w:gridCol w:w="4818"/>
      </w:tblGrid>
      <w:tr>
        <w:tc>
          <w:tcPr>
            <w:tcW w:type="dxa" w:w="481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8FAFC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11827"/>
                <w:sz w:val="19"/>
              </w:rPr>
              <w:t>CUSTOMER ACCEPTANCE</w:t>
              <w:br/>
              <w:br/>
              <w:t>______________________________</w:t>
              <w:br/>
              <w:t>[Customer Name]</w:t>
              <w:br/>
              <w:t>Date: [Date]</w:t>
            </w:r>
          </w:p>
        </w:tc>
        <w:tc>
          <w:tcPr>
            <w:tcW w:type="dxa" w:w="481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8FAFC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11827"/>
                <w:sz w:val="19"/>
              </w:rPr>
              <w:t>AUTHORIZED BY</w:t>
              <w:br/>
              <w:br/>
              <w:t>______________________________</w:t>
              <w:br/>
              <w:t>[Authorized Signature]</w:t>
              <w:br/>
              <w:t>Date: [Date]</w:t>
            </w:r>
          </w:p>
        </w:tc>
      </w:tr>
    </w:tbl>
    <w:p>
      <w:r>
        <w:br w:type="page"/>
      </w:r>
    </w:p>
    <w:p>
      <w:pPr>
        <w:spacing w:before="0" w:after="100" w:line="276" w:lineRule="auto"/>
      </w:pPr>
      <w:r>
        <w:rPr>
          <w:rFonts w:ascii="Arial" w:hAnsi="Arial"/>
          <w:b/>
          <w:i w:val="0"/>
          <w:color w:val="2563EB"/>
          <w:sz w:val="18"/>
        </w:rPr>
        <w:t>TEMPLATE NOTES</w:t>
      </w:r>
    </w:p>
    <w:p>
      <w:pPr>
        <w:spacing w:before="0" w:after="160" w:line="276" w:lineRule="auto"/>
      </w:pPr>
      <w:r>
        <w:rPr>
          <w:rFonts w:ascii="Arial" w:hAnsi="Arial"/>
          <w:b/>
          <w:i w:val="0"/>
          <w:color w:val="0F2A43"/>
          <w:sz w:val="44"/>
        </w:rPr>
        <w:t>How to use this template</w:t>
      </w:r>
    </w:p>
    <w:p>
      <w:pPr>
        <w:spacing w:before="0" w:after="280" w:line="276" w:lineRule="auto"/>
      </w:pPr>
      <w:r>
        <w:rPr>
          <w:rFonts w:ascii="Arial" w:hAnsi="Arial"/>
          <w:b w:val="0"/>
          <w:i w:val="0"/>
          <w:color w:val="64748B"/>
          <w:sz w:val="21"/>
        </w:rPr>
        <w:t>A short checklist for completing your quotation.</w:t>
      </w:r>
    </w:p>
    <w:p>
      <w:pPr>
        <w:spacing w:before="0" w:after="160" w:line="276" w:lineRule="auto"/>
      </w:pPr>
      <w:r>
        <w:rPr>
          <w:rFonts w:ascii="Arial" w:hAnsi="Arial"/>
          <w:b w:val="0"/>
          <w:i w:val="0"/>
          <w:color w:val="111827"/>
          <w:sz w:val="20"/>
        </w:rPr>
      </w:r>
      <w:r>
        <w:rPr>
          <w:rFonts w:ascii="Arial" w:hAnsi="Arial"/>
          <w:b/>
          <w:i w:val="0"/>
          <w:color w:val="2563EB"/>
          <w:sz w:val="20"/>
        </w:rPr>
        <w:t xml:space="preserve">1.  </w:t>
      </w:r>
      <w:r>
        <w:rPr>
          <w:rFonts w:ascii="Arial" w:hAnsi="Arial"/>
          <w:b w:val="0"/>
          <w:i w:val="0"/>
          <w:color w:val="111827"/>
          <w:sz w:val="20"/>
        </w:rPr>
        <w:t>Replace every bracketed placeholder and confirm the customer's request and scope.</w:t>
      </w:r>
    </w:p>
    <w:p>
      <w:pPr>
        <w:spacing w:before="0" w:after="160" w:line="276" w:lineRule="auto"/>
      </w:pPr>
      <w:r>
        <w:rPr>
          <w:rFonts w:ascii="Arial" w:hAnsi="Arial"/>
          <w:b w:val="0"/>
          <w:i w:val="0"/>
          <w:color w:val="111827"/>
          <w:sz w:val="20"/>
        </w:rPr>
      </w:r>
      <w:r>
        <w:rPr>
          <w:rFonts w:ascii="Arial" w:hAnsi="Arial"/>
          <w:b/>
          <w:i w:val="0"/>
          <w:color w:val="2563EB"/>
          <w:sz w:val="20"/>
        </w:rPr>
        <w:t xml:space="preserve">2.  </w:t>
      </w:r>
      <w:r>
        <w:rPr>
          <w:rFonts w:ascii="Arial" w:hAnsi="Arial"/>
          <w:b w:val="0"/>
          <w:i w:val="0"/>
          <w:color w:val="111827"/>
          <w:sz w:val="20"/>
        </w:rPr>
        <w:t>Review prices, optional discount or tax, quotation date, and validity date.</w:t>
      </w:r>
    </w:p>
    <w:p>
      <w:pPr>
        <w:spacing w:before="0" w:after="160" w:line="276" w:lineRule="auto"/>
      </w:pPr>
      <w:r>
        <w:rPr>
          <w:rFonts w:ascii="Arial" w:hAnsi="Arial"/>
          <w:b w:val="0"/>
          <w:i w:val="0"/>
          <w:color w:val="111827"/>
          <w:sz w:val="20"/>
        </w:rPr>
      </w:r>
      <w:r>
        <w:rPr>
          <w:rFonts w:ascii="Arial" w:hAnsi="Arial"/>
          <w:b/>
          <w:i w:val="0"/>
          <w:color w:val="2563EB"/>
          <w:sz w:val="20"/>
        </w:rPr>
        <w:t xml:space="preserve">3.  </w:t>
      </w:r>
      <w:r>
        <w:rPr>
          <w:rFonts w:ascii="Arial" w:hAnsi="Arial"/>
          <w:b w:val="0"/>
          <w:i w:val="0"/>
          <w:color w:val="111827"/>
          <w:sz w:val="20"/>
        </w:rPr>
        <w:t>State delivery timing, payment terms, assumptions, and exclusions clearly.</w:t>
      </w:r>
    </w:p>
    <w:p>
      <w:pPr>
        <w:spacing w:before="0" w:after="160" w:line="276" w:lineRule="auto"/>
      </w:pPr>
      <w:r>
        <w:rPr>
          <w:rFonts w:ascii="Arial" w:hAnsi="Arial"/>
          <w:b w:val="0"/>
          <w:i w:val="0"/>
          <w:color w:val="111827"/>
          <w:sz w:val="20"/>
        </w:rPr>
      </w:r>
      <w:r>
        <w:rPr>
          <w:rFonts w:ascii="Arial" w:hAnsi="Arial"/>
          <w:b/>
          <w:i w:val="0"/>
          <w:color w:val="2563EB"/>
          <w:sz w:val="20"/>
        </w:rPr>
        <w:t xml:space="preserve">4.  </w:t>
      </w:r>
      <w:r>
        <w:rPr>
          <w:rFonts w:ascii="Arial" w:hAnsi="Arial"/>
          <w:b w:val="0"/>
          <w:i w:val="0"/>
          <w:color w:val="111827"/>
          <w:sz w:val="20"/>
        </w:rPr>
        <w:t>Save the approved quotation as PDF and keep a copy for your records.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637"/>
      </w:tblGrid>
      <w:tr>
        <w:tc>
          <w:tcPr>
            <w:tcW w:type="dxa" w:w="963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FF6FF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64748B"/>
                <w:sz w:val="17"/>
              </w:rPr>
              <w:t>IMPORTANT</w:t>
            </w:r>
          </w:p>
          <w:p>
            <w:pPr>
              <w:spacing w:after="40"/>
            </w:pPr>
            <w:r>
              <w:rPr>
                <w:rFonts w:ascii="Arial" w:hAnsi="Arial"/>
                <w:b w:val="0"/>
                <w:i w:val="0"/>
                <w:color w:val="111827"/>
                <w:sz w:val="19"/>
              </w:rPr>
              <w:t>Adapt this template to your business needs. This resource is educational and does not replace legal, tax, accounting, financial, or regulatory advice.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07" w:right="1020" w:bottom="850" w:left="1020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/>
        <w:b w:val="0"/>
        <w:i w:val="0"/>
        <w:color w:val="64748B"/>
        <w:sz w:val="16"/>
      </w:rPr>
      <w:t xml:space="preserve">Template version 2.1 | </w:t>
    </w:r>
    <w:r>
      <w:rPr>
        <w:rFonts w:ascii="Arial" w:hAnsi="Arial"/>
        <w:color w:val="64748B"/>
        <w:sz w:val="16"/>
      </w:rPr>
      <w:fldChar w:fldCharType="begin"/>
      <w:instrText xml:space="preserve"> PAGE </w:instrText>
      <w:fldChar w:fldCharType="separate"/>
      <w:t>1</w: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6" w:lineRule="auto"/>
    </w:pPr>
    <w:rPr>
      <w:rFonts w:ascii="Arial" w:hAnsi="Arial"/>
      <w:color w:val="111827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40"/>
      <w:outlineLvl w:val="0"/>
    </w:pPr>
    <w:rPr>
      <w:rFonts w:asciiTheme="majorHAnsi" w:eastAsiaTheme="majorEastAsia" w:hAnsiTheme="majorHAnsi" w:cstheme="majorBidi" w:ascii="Arial" w:hAnsi="Arial"/>
      <w:b/>
      <w:bCs/>
      <w:color w:val="2563EB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2563EB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60"/>
      <w:outlineLvl w:val="2"/>
    </w:pPr>
    <w:rPr>
      <w:rFonts w:asciiTheme="majorHAnsi" w:eastAsiaTheme="majorEastAsia" w:hAnsiTheme="majorHAnsi" w:cstheme="majorBidi" w:ascii="Arial" w:hAnsi="Arial"/>
      <w:b/>
      <w:bCs/>
      <w:color w:val="0F2A43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