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60" w:line="276" w:lineRule="auto"/>
        <w:jc w:val="center"/>
      </w:pPr>
      <w:r>
        <w:rPr>
          <w:rFonts w:ascii="Arial" w:hAnsi="Arial"/>
          <w:b w:val="0"/>
          <w:i w:val="0"/>
          <w:color w:val="64748B"/>
          <w:sz w:val="18"/>
        </w:rPr>
        <w:t>[Business Logo]</w:t>
      </w:r>
    </w:p>
    <w:p>
      <w:pPr>
        <w:spacing w:before="0" w:after="200" w:line="276" w:lineRule="auto"/>
        <w:jc w:val="center"/>
      </w:pPr>
      <w:r>
        <w:rPr>
          <w:rFonts w:ascii="Arial" w:hAnsi="Arial"/>
          <w:b/>
          <w:i w:val="0"/>
          <w:color w:val="2563EB"/>
          <w:sz w:val="20"/>
        </w:rPr>
        <w:t>BUSINESS PROPOSAL</w:t>
      </w:r>
    </w:p>
    <w:p>
      <w:pPr>
        <w:spacing w:before="0" w:after="400" w:line="276" w:lineRule="auto"/>
        <w:jc w:val="center"/>
      </w:pPr>
      <w:r>
        <w:rPr>
          <w:rFonts w:ascii="Arial" w:hAnsi="Arial"/>
          <w:b/>
          <w:i w:val="0"/>
          <w:color w:val="0F2A43"/>
          <w:sz w:val="64"/>
        </w:rPr>
        <w:t>[Proposal Title]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8"/>
        <w:gridCol w:w="4818"/>
      </w:tblGrid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PREPARED FOR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PREPARED BY</w:t>
            </w:r>
          </w:p>
        </w:tc>
      </w:tr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24"/>
              </w:rPr>
              <w:t>[Customer Name]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24"/>
              </w:rPr>
              <w:t>[Business Name]</w:t>
            </w:r>
          </w:p>
        </w:tc>
      </w:tr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9"/>
              </w:rPr>
              <w:t>DATE</w:t>
              <w:br/>
              <w:t>[Date]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9"/>
              </w:rPr>
              <w:t>CONTACT</w:t>
              <w:br/>
              <w:t>[Phone]  |  [Email]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01  |  PROPOSAL OVERVIEW</w:t>
      </w:r>
    </w:p>
    <w:p>
      <w:pPr>
        <w:pStyle w:val="Heading1"/>
      </w:pPr>
      <w:r>
        <w:t>Executive summary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[Executive Summary]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p>
      <w:pPr>
        <w:pStyle w:val="Heading1"/>
      </w:pPr>
      <w:r>
        <w:t>Client need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[Problem]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p>
      <w:pPr>
        <w:pStyle w:val="Heading1"/>
      </w:pPr>
      <w:r>
        <w:t>Proposed solution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[Proposed Solution]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02  |  DELIVERY PLAN</w:t>
      </w:r>
    </w:p>
    <w:p>
      <w:pPr>
        <w:pStyle w:val="Heading1"/>
      </w:pPr>
      <w:r>
        <w:t>Scope of work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[Scope of Work]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p>
      <w:pPr>
        <w:pStyle w:val="Heading1"/>
      </w:pPr>
      <w:r>
        <w:t>Deliverables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[Deliverables]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514"/>
        <w:gridCol w:w="3061"/>
        <w:gridCol w:w="3061"/>
      </w:tblGrid>
      <w:tr>
        <w:tc>
          <w:tcPr>
            <w:tcW w:type="dxa" w:w="351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MILESTONE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START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END</w:t>
            </w:r>
          </w:p>
        </w:tc>
      </w:tr>
      <w:tr>
        <w:tc>
          <w:tcPr>
            <w:tcW w:type="dxa" w:w="351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[Milestone 1]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[Start Date]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[End Date]</w:t>
            </w:r>
          </w:p>
        </w:tc>
      </w:tr>
      <w:tr>
        <w:tc>
          <w:tcPr>
            <w:tcW w:type="dxa" w:w="351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[Milestone 2]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[Start Date]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[End Date]</w:t>
            </w:r>
          </w:p>
        </w:tc>
      </w:tr>
      <w:tr>
        <w:tc>
          <w:tcPr>
            <w:tcW w:type="dxa" w:w="351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[Milestone 3]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[Start Date]</w:t>
            </w:r>
          </w:p>
        </w:tc>
        <w:tc>
          <w:tcPr>
            <w:tcW w:type="dxa" w:w="30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[End Date]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03  |  COMMERCIAL TERMS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6689"/>
        <w:gridCol w:w="2948"/>
      </w:tblGrid>
      <w:tr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DESCRIPTION</w:t>
            </w:r>
          </w:p>
        </w:tc>
        <w:tc>
          <w:tcPr>
            <w:tcW w:type="dxa" w:w="29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PRICE</w:t>
            </w:r>
          </w:p>
        </w:tc>
      </w:tr>
      <w:tr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[Pricing Item]</w:t>
            </w:r>
          </w:p>
        </w:tc>
        <w:tc>
          <w:tcPr>
            <w:tcW w:type="dxa" w:w="29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[Pricing Item]</w:t>
            </w:r>
          </w:p>
        </w:tc>
        <w:tc>
          <w:tcPr>
            <w:tcW w:type="dxa" w:w="29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[Pricing Item]</w:t>
            </w:r>
          </w:p>
        </w:tc>
        <w:tc>
          <w:tcPr>
            <w:tcW w:type="dxa" w:w="29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22"/>
              </w:rPr>
              <w:t>TOTAL INVESTMENT</w:t>
            </w:r>
          </w:p>
        </w:tc>
        <w:tc>
          <w:tcPr>
            <w:tcW w:type="dxa" w:w="29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24"/>
              </w:rPr>
              <w:t>₦[Total]</w:t>
            </w:r>
          </w:p>
        </w:tc>
      </w:tr>
    </w:tbl>
    <w:p>
      <w:pPr>
        <w:pStyle w:val="Heading1"/>
      </w:pPr>
      <w:r>
        <w:t>Payment terms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[Payment Terms]</w:t>
              <w:br/>
              <w:t xml:space="preserve"> </w:t>
              <w:br/>
              <w:t xml:space="preserve"> </w:t>
            </w:r>
          </w:p>
        </w:tc>
      </w:tr>
    </w:tbl>
    <w:p>
      <w:pPr>
        <w:pStyle w:val="Heading1"/>
      </w:pPr>
      <w:r>
        <w:t>Assumptions and exclusions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[Assumptions]</w:t>
              <w:br/>
              <w:t>[Exclusions]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04  |  NEXT STEPS &amp; ACCEPTANCE</w:t>
      </w:r>
    </w:p>
    <w:p>
      <w:pPr>
        <w:pStyle w:val="Heading1"/>
      </w:pPr>
      <w:r>
        <w:t>Next steps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[Next Steps]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p>
      <w:pPr>
        <w:pStyle w:val="Heading1"/>
      </w:pPr>
      <w:r>
        <w:t>Notes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[Notes]</w:t>
              <w:br/>
              <w:t xml:space="preserve"> </w:t>
              <w:br/>
              <w:t xml:space="preserve"> </w:t>
              <w:br/>
              <w:t xml:space="preserve"> </w:t>
            </w:r>
          </w:p>
        </w:tc>
      </w:tr>
    </w:tbl>
    <w:p>
      <w:pPr>
        <w:spacing w:before="0" w:after="320" w:line="276" w:lineRule="auto"/>
      </w:pPr>
      <w:r>
        <w:rPr>
          <w:rFonts w:ascii="Arial" w:hAnsi="Arial"/>
          <w:b w:val="0"/>
          <w:i w:val="0"/>
          <w:color w:val="111827"/>
          <w:sz w:val="19"/>
        </w:rPr>
        <w:t>By signing below, both parties acknowledge the scope and commercial terms in this proposal.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8"/>
        <w:gridCol w:w="4818"/>
      </w:tblGrid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CUSTOMER ACCEPTANCE</w:t>
              <w:br/>
              <w:t>[Customer Name]</w:t>
              <w:br/>
              <w:br/>
              <w:t>______________________________</w:t>
              <w:br/>
              <w:t>[Customer Signature]</w:t>
              <w:br/>
              <w:t>Date: [Date]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BUSINESS AUTHORIZATION</w:t>
              <w:br/>
              <w:t>[Business Name]</w:t>
              <w:br/>
              <w:br/>
              <w:t>______________________________</w:t>
              <w:br/>
              <w:t>[Authorized Signature]</w:t>
              <w:br/>
              <w:t>Date: [Date]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TEMPLATE NOTES</w:t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0F2A43"/>
          <w:sz w:val="44"/>
        </w:rPr>
        <w:t>How to use this template</w:t>
      </w:r>
    </w:p>
    <w:p>
      <w:pPr>
        <w:spacing w:before="0" w:after="280" w:line="276" w:lineRule="auto"/>
      </w:pPr>
      <w:r>
        <w:rPr>
          <w:rFonts w:ascii="Arial" w:hAnsi="Arial"/>
          <w:b w:val="0"/>
          <w:i w:val="0"/>
          <w:color w:val="64748B"/>
          <w:sz w:val="21"/>
        </w:rPr>
        <w:t>A short checklist for completing your business proposal.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1.  </w:t>
      </w:r>
      <w:r>
        <w:rPr>
          <w:rFonts w:ascii="Arial" w:hAnsi="Arial"/>
          <w:b w:val="0"/>
          <w:i w:val="0"/>
          <w:color w:val="111827"/>
          <w:sz w:val="20"/>
        </w:rPr>
        <w:t>Replace every bracketed placeholder and remove any sections that do not apply.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2.  </w:t>
      </w:r>
      <w:r>
        <w:rPr>
          <w:rFonts w:ascii="Arial" w:hAnsi="Arial"/>
          <w:b w:val="0"/>
          <w:i w:val="0"/>
          <w:color w:val="111827"/>
          <w:sz w:val="20"/>
        </w:rPr>
        <w:t>Review the scope, deliverables, timeline, pricing, totals, and dates.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3.  </w:t>
      </w:r>
      <w:r>
        <w:rPr>
          <w:rFonts w:ascii="Arial" w:hAnsi="Arial"/>
          <w:b w:val="0"/>
          <w:i w:val="0"/>
          <w:color w:val="111827"/>
          <w:sz w:val="20"/>
        </w:rPr>
        <w:t>Confirm payment terms, assumptions, exclusions, and acceptance details.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4.  </w:t>
      </w:r>
      <w:r>
        <w:rPr>
          <w:rFonts w:ascii="Arial" w:hAnsi="Arial"/>
          <w:b w:val="0"/>
          <w:i w:val="0"/>
          <w:color w:val="111827"/>
          <w:sz w:val="20"/>
        </w:rPr>
        <w:t>Save the approved proposal as PDF and keep a copy for your records.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IMPORTANT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Adapt this template to your business needs. This resource is educational and does not replace legal, tax, accounting, financial, or regulatory advice.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07" w:right="1020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4748B"/>
        <w:sz w:val="16"/>
      </w:rPr>
      <w:t xml:space="preserve">Template version 2.1 | </w:t>
    </w:r>
    <w:r>
      <w:rPr>
        <w:rFonts w:ascii="Arial" w:hAnsi="Arial"/>
        <w:color w:val="64748B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F2A4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